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D6B4E" w14:textId="55F2E9EF" w:rsidR="006D6ECE" w:rsidRDefault="006D6ECE">
      <w:pPr>
        <w:pStyle w:val="Heading1"/>
      </w:pPr>
    </w:p>
    <w:tbl>
      <w:tblPr>
        <w:tblStyle w:val="TableGrid"/>
        <w:tblW w:w="13433" w:type="dxa"/>
        <w:tblLook w:val="04A0" w:firstRow="1" w:lastRow="0" w:firstColumn="1" w:lastColumn="0" w:noHBand="0" w:noVBand="1"/>
      </w:tblPr>
      <w:tblGrid>
        <w:gridCol w:w="1045"/>
        <w:gridCol w:w="2064"/>
        <w:gridCol w:w="2065"/>
        <w:gridCol w:w="2065"/>
        <w:gridCol w:w="2064"/>
        <w:gridCol w:w="2065"/>
        <w:gridCol w:w="2065"/>
      </w:tblGrid>
      <w:tr w:rsidR="00C91E2A" w14:paraId="0D7AAD91" w14:textId="77777777" w:rsidTr="00C91E2A">
        <w:tc>
          <w:tcPr>
            <w:tcW w:w="1045" w:type="dxa"/>
            <w:shd w:val="clear" w:color="auto" w:fill="D9D9D9" w:themeFill="background1" w:themeFillShade="D9"/>
          </w:tcPr>
          <w:p w14:paraId="21CA7684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Year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14:paraId="6F315E12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Autumn 1</w:t>
            </w:r>
          </w:p>
        </w:tc>
        <w:tc>
          <w:tcPr>
            <w:tcW w:w="2065" w:type="dxa"/>
            <w:shd w:val="clear" w:color="auto" w:fill="D9D9D9" w:themeFill="background1" w:themeFillShade="D9"/>
          </w:tcPr>
          <w:p w14:paraId="53F2DA9D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Autumn 2</w:t>
            </w:r>
          </w:p>
        </w:tc>
        <w:tc>
          <w:tcPr>
            <w:tcW w:w="2065" w:type="dxa"/>
            <w:shd w:val="clear" w:color="auto" w:fill="D9D9D9" w:themeFill="background1" w:themeFillShade="D9"/>
          </w:tcPr>
          <w:p w14:paraId="26B99F77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Spring 1</w:t>
            </w:r>
          </w:p>
        </w:tc>
        <w:tc>
          <w:tcPr>
            <w:tcW w:w="2064" w:type="dxa"/>
            <w:shd w:val="clear" w:color="auto" w:fill="D9D9D9" w:themeFill="background1" w:themeFillShade="D9"/>
          </w:tcPr>
          <w:p w14:paraId="3A275752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Spring 2</w:t>
            </w:r>
          </w:p>
        </w:tc>
        <w:tc>
          <w:tcPr>
            <w:tcW w:w="2065" w:type="dxa"/>
            <w:shd w:val="clear" w:color="auto" w:fill="D9D9D9" w:themeFill="background1" w:themeFillShade="D9"/>
          </w:tcPr>
          <w:p w14:paraId="124DBC62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Summer 1</w:t>
            </w:r>
          </w:p>
        </w:tc>
        <w:tc>
          <w:tcPr>
            <w:tcW w:w="2065" w:type="dxa"/>
            <w:shd w:val="clear" w:color="auto" w:fill="D9D9D9" w:themeFill="background1" w:themeFillShade="D9"/>
          </w:tcPr>
          <w:p w14:paraId="4B40BC0A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Summer 2</w:t>
            </w:r>
          </w:p>
        </w:tc>
      </w:tr>
      <w:tr w:rsidR="00C91E2A" w14:paraId="590CDFB0" w14:textId="77777777" w:rsidTr="0001015F">
        <w:tc>
          <w:tcPr>
            <w:tcW w:w="1045" w:type="dxa"/>
            <w:shd w:val="clear" w:color="auto" w:fill="D9D9D9" w:themeFill="background1" w:themeFillShade="D9"/>
          </w:tcPr>
          <w:p w14:paraId="366156AA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Year 1</w:t>
            </w:r>
          </w:p>
        </w:tc>
        <w:tc>
          <w:tcPr>
            <w:tcW w:w="2064" w:type="dxa"/>
            <w:shd w:val="clear" w:color="auto" w:fill="FDE9D9" w:themeFill="accent6" w:themeFillTint="33"/>
          </w:tcPr>
          <w:p w14:paraId="4F467A12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is the same and different about us?</w:t>
            </w:r>
          </w:p>
        </w:tc>
        <w:tc>
          <w:tcPr>
            <w:tcW w:w="2065" w:type="dxa"/>
            <w:shd w:val="clear" w:color="auto" w:fill="FDE9D9" w:themeFill="accent6" w:themeFillTint="33"/>
          </w:tcPr>
          <w:p w14:paraId="5DC5D4DC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Who is special to us?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0983F157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helps us stay healthy?</w:t>
            </w:r>
          </w:p>
        </w:tc>
        <w:tc>
          <w:tcPr>
            <w:tcW w:w="2064" w:type="dxa"/>
            <w:shd w:val="clear" w:color="auto" w:fill="DBE5F1" w:themeFill="accent1" w:themeFillTint="33"/>
          </w:tcPr>
          <w:p w14:paraId="25CE3BEC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can we do with money?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73DD91BE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Who helps to keep us safe?</w:t>
            </w:r>
          </w:p>
        </w:tc>
        <w:tc>
          <w:tcPr>
            <w:tcW w:w="2065" w:type="dxa"/>
            <w:shd w:val="clear" w:color="auto" w:fill="DBE5F1" w:themeFill="accent1" w:themeFillTint="33"/>
          </w:tcPr>
          <w:p w14:paraId="162D0B08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we look after each other and the world?</w:t>
            </w:r>
          </w:p>
        </w:tc>
      </w:tr>
      <w:tr w:rsidR="00C91E2A" w14:paraId="322F7E6C" w14:textId="77777777" w:rsidTr="0001015F">
        <w:tc>
          <w:tcPr>
            <w:tcW w:w="1045" w:type="dxa"/>
            <w:shd w:val="clear" w:color="auto" w:fill="D9D9D9" w:themeFill="background1" w:themeFillShade="D9"/>
          </w:tcPr>
          <w:p w14:paraId="5DEE3C1A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Year 2</w:t>
            </w:r>
          </w:p>
        </w:tc>
        <w:tc>
          <w:tcPr>
            <w:tcW w:w="2064" w:type="dxa"/>
            <w:shd w:val="clear" w:color="auto" w:fill="FDE9D9" w:themeFill="accent6" w:themeFillTint="33"/>
          </w:tcPr>
          <w:p w14:paraId="17849122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makes a good friend?</w:t>
            </w:r>
          </w:p>
        </w:tc>
        <w:tc>
          <w:tcPr>
            <w:tcW w:w="2065" w:type="dxa"/>
            <w:shd w:val="clear" w:color="auto" w:fill="FDE9D9" w:themeFill="accent6" w:themeFillTint="33"/>
          </w:tcPr>
          <w:p w14:paraId="53C0771A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is bullying?</w:t>
            </w:r>
          </w:p>
        </w:tc>
        <w:tc>
          <w:tcPr>
            <w:tcW w:w="2065" w:type="dxa"/>
            <w:shd w:val="clear" w:color="auto" w:fill="DBE5F1" w:themeFill="accent1" w:themeFillTint="33"/>
          </w:tcPr>
          <w:p w14:paraId="19A611AA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jobs do people do?</w:t>
            </w:r>
          </w:p>
        </w:tc>
        <w:tc>
          <w:tcPr>
            <w:tcW w:w="2064" w:type="dxa"/>
            <w:shd w:val="clear" w:color="auto" w:fill="D6E3BC" w:themeFill="accent3" w:themeFillTint="66"/>
          </w:tcPr>
          <w:p w14:paraId="13006BD8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helps us to stay safe?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12360315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helps us grow and stay healthy?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3D20E64A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do we recognise our feelings?</w:t>
            </w:r>
          </w:p>
        </w:tc>
      </w:tr>
      <w:tr w:rsidR="00C91E2A" w14:paraId="27FF47DC" w14:textId="77777777" w:rsidTr="0001015F">
        <w:tc>
          <w:tcPr>
            <w:tcW w:w="1045" w:type="dxa"/>
            <w:shd w:val="clear" w:color="auto" w:fill="D9D9D9" w:themeFill="background1" w:themeFillShade="D9"/>
          </w:tcPr>
          <w:p w14:paraId="6311D165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Year 3</w:t>
            </w:r>
          </w:p>
        </w:tc>
        <w:tc>
          <w:tcPr>
            <w:tcW w:w="2064" w:type="dxa"/>
            <w:shd w:val="clear" w:color="auto" w:fill="FDE9D9" w:themeFill="accent6" w:themeFillTint="33"/>
          </w:tcPr>
          <w:p w14:paraId="3D9AF991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we be a good friend?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7D64FC66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keeps us safe?</w:t>
            </w:r>
          </w:p>
        </w:tc>
        <w:tc>
          <w:tcPr>
            <w:tcW w:w="2065" w:type="dxa"/>
            <w:shd w:val="clear" w:color="auto" w:fill="FDE9D9" w:themeFill="accent6" w:themeFillTint="33"/>
          </w:tcPr>
          <w:p w14:paraId="2633D542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are families like?</w:t>
            </w:r>
          </w:p>
        </w:tc>
        <w:tc>
          <w:tcPr>
            <w:tcW w:w="2064" w:type="dxa"/>
            <w:shd w:val="clear" w:color="auto" w:fill="DBE5F1" w:themeFill="accent1" w:themeFillTint="33"/>
          </w:tcPr>
          <w:p w14:paraId="2D8916BA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makes a community?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7F399790" w14:textId="4D51FC5B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Why should we eat well</w:t>
            </w:r>
            <w:r w:rsidR="00C91E2A" w:rsidRPr="004867F1">
              <w:rPr>
                <w:rFonts w:ascii="Arial" w:hAnsi="Arial" w:cs="Arial"/>
              </w:rPr>
              <w:t>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5F785FC7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Why should we keep active and sleep well?</w:t>
            </w:r>
          </w:p>
        </w:tc>
      </w:tr>
      <w:tr w:rsidR="00C91E2A" w14:paraId="4DDE5217" w14:textId="77777777" w:rsidTr="0001015F">
        <w:tc>
          <w:tcPr>
            <w:tcW w:w="1045" w:type="dxa"/>
            <w:shd w:val="clear" w:color="auto" w:fill="D9D9D9" w:themeFill="background1" w:themeFillShade="D9"/>
          </w:tcPr>
          <w:p w14:paraId="0774925A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Year 4</w:t>
            </w:r>
          </w:p>
        </w:tc>
        <w:tc>
          <w:tcPr>
            <w:tcW w:w="2064" w:type="dxa"/>
            <w:shd w:val="clear" w:color="auto" w:fill="D6E3BC" w:themeFill="accent3" w:themeFillTint="66"/>
          </w:tcPr>
          <w:p w14:paraId="1E1F287E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strengths, skills and interests do we have?</w:t>
            </w:r>
          </w:p>
        </w:tc>
        <w:tc>
          <w:tcPr>
            <w:tcW w:w="2065" w:type="dxa"/>
            <w:shd w:val="clear" w:color="auto" w:fill="FDE9D9" w:themeFill="accent6" w:themeFillTint="33"/>
          </w:tcPr>
          <w:p w14:paraId="2C611A2E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do we treat each other with respect?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2436173A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we manage our feelings?</w:t>
            </w:r>
          </w:p>
        </w:tc>
        <w:tc>
          <w:tcPr>
            <w:tcW w:w="2064" w:type="dxa"/>
            <w:shd w:val="clear" w:color="auto" w:fill="D6E3BC" w:themeFill="accent3" w:themeFillTint="66"/>
          </w:tcPr>
          <w:p w14:paraId="4A25CE9B" w14:textId="16E00764" w:rsidR="006D6ECE" w:rsidRPr="004867F1" w:rsidRDefault="00C91E2A" w:rsidP="00C91E2A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we look after our teeth?</w:t>
            </w:r>
          </w:p>
        </w:tc>
        <w:tc>
          <w:tcPr>
            <w:tcW w:w="2065" w:type="dxa"/>
            <w:shd w:val="clear" w:color="auto" w:fill="DBE5F1" w:themeFill="accent1" w:themeFillTint="33"/>
          </w:tcPr>
          <w:p w14:paraId="2773F58A" w14:textId="388F628D" w:rsidR="006D6ECE" w:rsidRPr="004867F1" w:rsidRDefault="00C91E2A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our choices make a difference to others and the environment?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269F71D2" w14:textId="65C1458C" w:rsidR="006D6ECE" w:rsidRPr="004867F1" w:rsidRDefault="00C91E2A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we manage risk in different places?</w:t>
            </w:r>
          </w:p>
        </w:tc>
      </w:tr>
      <w:tr w:rsidR="00C91E2A" w14:paraId="097D3F5C" w14:textId="77777777" w:rsidTr="0001015F">
        <w:tc>
          <w:tcPr>
            <w:tcW w:w="1045" w:type="dxa"/>
            <w:shd w:val="clear" w:color="auto" w:fill="D9D9D9" w:themeFill="background1" w:themeFillShade="D9"/>
          </w:tcPr>
          <w:p w14:paraId="65001D29" w14:textId="77777777" w:rsidR="006D6ECE" w:rsidRPr="00C91E2A" w:rsidRDefault="00CF10E6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Year 5</w:t>
            </w:r>
          </w:p>
        </w:tc>
        <w:tc>
          <w:tcPr>
            <w:tcW w:w="2064" w:type="dxa"/>
            <w:shd w:val="clear" w:color="auto" w:fill="D6E3BC" w:themeFill="accent3" w:themeFillTint="66"/>
          </w:tcPr>
          <w:p w14:paraId="506BA1CF" w14:textId="42D432E6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 xml:space="preserve">What makes up </w:t>
            </w:r>
            <w:r w:rsidR="00C91E2A" w:rsidRPr="004867F1">
              <w:rPr>
                <w:rFonts w:ascii="Arial" w:hAnsi="Arial" w:cs="Arial"/>
              </w:rPr>
              <w:t xml:space="preserve">a person’s </w:t>
            </w:r>
            <w:r w:rsidRPr="004867F1">
              <w:rPr>
                <w:rFonts w:ascii="Arial" w:hAnsi="Arial" w:cs="Arial"/>
              </w:rPr>
              <w:t>identity?</w:t>
            </w:r>
          </w:p>
        </w:tc>
        <w:tc>
          <w:tcPr>
            <w:tcW w:w="2065" w:type="dxa"/>
            <w:shd w:val="clear" w:color="auto" w:fill="DBE5F1" w:themeFill="accent1" w:themeFillTint="33"/>
          </w:tcPr>
          <w:p w14:paraId="4C2B5BF7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decisions can people make with money?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3673DD6F" w14:textId="3AF9AAA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 xml:space="preserve">How can we help in an </w:t>
            </w:r>
            <w:r w:rsidR="00C91E2A" w:rsidRPr="004867F1">
              <w:rPr>
                <w:rFonts w:ascii="Arial" w:hAnsi="Arial" w:cs="Arial"/>
              </w:rPr>
              <w:t xml:space="preserve">accident or </w:t>
            </w:r>
            <w:r w:rsidRPr="004867F1">
              <w:rPr>
                <w:rFonts w:ascii="Arial" w:hAnsi="Arial" w:cs="Arial"/>
              </w:rPr>
              <w:t>emergency?</w:t>
            </w:r>
          </w:p>
        </w:tc>
        <w:tc>
          <w:tcPr>
            <w:tcW w:w="2064" w:type="dxa"/>
            <w:shd w:val="clear" w:color="auto" w:fill="FDE9D9" w:themeFill="accent6" w:themeFillTint="33"/>
          </w:tcPr>
          <w:p w14:paraId="1602C8D6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friends communicate safely?</w:t>
            </w:r>
          </w:p>
        </w:tc>
        <w:tc>
          <w:tcPr>
            <w:tcW w:w="2065" w:type="dxa"/>
            <w:shd w:val="clear" w:color="auto" w:fill="D6E3BC" w:themeFill="accent3" w:themeFillTint="66"/>
          </w:tcPr>
          <w:p w14:paraId="03DF8799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drugs common to everyday life affect health?</w:t>
            </w:r>
          </w:p>
        </w:tc>
        <w:tc>
          <w:tcPr>
            <w:tcW w:w="2065" w:type="dxa"/>
            <w:shd w:val="clear" w:color="auto" w:fill="DBE5F1" w:themeFill="accent1" w:themeFillTint="33"/>
          </w:tcPr>
          <w:p w14:paraId="3161A17E" w14:textId="77777777" w:rsidR="006D6ECE" w:rsidRPr="004867F1" w:rsidRDefault="00CF10E6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jobs would we like?</w:t>
            </w:r>
          </w:p>
        </w:tc>
      </w:tr>
      <w:tr w:rsidR="004867F1" w14:paraId="4FCDA0F7" w14:textId="77777777" w:rsidTr="0001015F">
        <w:trPr>
          <w:trHeight w:val="784"/>
        </w:trPr>
        <w:tc>
          <w:tcPr>
            <w:tcW w:w="1045" w:type="dxa"/>
            <w:vMerge w:val="restart"/>
            <w:shd w:val="clear" w:color="auto" w:fill="D9D9D9" w:themeFill="background1" w:themeFillShade="D9"/>
          </w:tcPr>
          <w:p w14:paraId="24F46512" w14:textId="77777777" w:rsidR="004867F1" w:rsidRPr="00C91E2A" w:rsidRDefault="004867F1">
            <w:pPr>
              <w:rPr>
                <w:rFonts w:ascii="Arial" w:hAnsi="Arial" w:cs="Arial"/>
                <w:sz w:val="24"/>
                <w:szCs w:val="24"/>
              </w:rPr>
            </w:pPr>
            <w:r w:rsidRPr="00C91E2A">
              <w:rPr>
                <w:rFonts w:ascii="Arial" w:hAnsi="Arial" w:cs="Arial"/>
                <w:sz w:val="24"/>
                <w:szCs w:val="24"/>
              </w:rPr>
              <w:t>Year 6</w:t>
            </w:r>
          </w:p>
        </w:tc>
        <w:tc>
          <w:tcPr>
            <w:tcW w:w="4129" w:type="dxa"/>
            <w:gridSpan w:val="2"/>
            <w:vMerge w:val="restart"/>
            <w:shd w:val="clear" w:color="auto" w:fill="D6E3BC" w:themeFill="accent3" w:themeFillTint="66"/>
          </w:tcPr>
          <w:p w14:paraId="081530EB" w14:textId="08B57F73" w:rsidR="004867F1" w:rsidRPr="004867F1" w:rsidRDefault="004867F1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we keep healthy as we grow?</w:t>
            </w:r>
          </w:p>
        </w:tc>
        <w:tc>
          <w:tcPr>
            <w:tcW w:w="4129" w:type="dxa"/>
            <w:gridSpan w:val="2"/>
            <w:vMerge w:val="restart"/>
            <w:shd w:val="clear" w:color="auto" w:fill="DBE5F1" w:themeFill="accent1" w:themeFillTint="33"/>
          </w:tcPr>
          <w:p w14:paraId="5632E171" w14:textId="77777777" w:rsidR="004867F1" w:rsidRPr="004867F1" w:rsidRDefault="004867F1" w:rsidP="00C91E2A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can the media influence people?</w:t>
            </w:r>
          </w:p>
          <w:p w14:paraId="67862FEE" w14:textId="4BD90DB4" w:rsidR="004867F1" w:rsidRPr="004867F1" w:rsidRDefault="004867F1">
            <w:pPr>
              <w:rPr>
                <w:rFonts w:ascii="Arial" w:hAnsi="Arial" w:cs="Arial"/>
              </w:rPr>
            </w:pPr>
          </w:p>
        </w:tc>
        <w:tc>
          <w:tcPr>
            <w:tcW w:w="4130" w:type="dxa"/>
            <w:gridSpan w:val="2"/>
            <w:shd w:val="clear" w:color="auto" w:fill="FDE9D9" w:themeFill="accent6" w:themeFillTint="33"/>
          </w:tcPr>
          <w:p w14:paraId="612CD30D" w14:textId="77777777" w:rsidR="004867F1" w:rsidRPr="004867F1" w:rsidRDefault="004867F1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What will change as we become more independent?</w:t>
            </w:r>
          </w:p>
          <w:p w14:paraId="1CB1105E" w14:textId="0FA99236" w:rsidR="004867F1" w:rsidRPr="004867F1" w:rsidRDefault="004867F1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do friendships change as we grow?</w:t>
            </w:r>
          </w:p>
        </w:tc>
      </w:tr>
      <w:tr w:rsidR="004867F1" w14:paraId="287FF57E" w14:textId="77777777" w:rsidTr="004867F1">
        <w:trPr>
          <w:trHeight w:val="784"/>
        </w:trPr>
        <w:tc>
          <w:tcPr>
            <w:tcW w:w="1045" w:type="dxa"/>
            <w:vMerge/>
            <w:shd w:val="clear" w:color="auto" w:fill="D9D9D9" w:themeFill="background1" w:themeFillShade="D9"/>
          </w:tcPr>
          <w:p w14:paraId="1C79E9B3" w14:textId="77777777" w:rsidR="004867F1" w:rsidRPr="00C91E2A" w:rsidRDefault="004867F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29" w:type="dxa"/>
            <w:gridSpan w:val="2"/>
            <w:vMerge/>
            <w:shd w:val="clear" w:color="auto" w:fill="D6E3BC" w:themeFill="accent3" w:themeFillTint="66"/>
          </w:tcPr>
          <w:p w14:paraId="0C074056" w14:textId="77777777" w:rsidR="004867F1" w:rsidRPr="004867F1" w:rsidRDefault="004867F1">
            <w:pPr>
              <w:rPr>
                <w:rFonts w:ascii="Arial" w:hAnsi="Arial" w:cs="Arial"/>
              </w:rPr>
            </w:pPr>
          </w:p>
        </w:tc>
        <w:tc>
          <w:tcPr>
            <w:tcW w:w="4129" w:type="dxa"/>
            <w:gridSpan w:val="2"/>
            <w:vMerge/>
            <w:shd w:val="clear" w:color="auto" w:fill="D6E3BC" w:themeFill="accent3" w:themeFillTint="66"/>
          </w:tcPr>
          <w:p w14:paraId="0D3BE196" w14:textId="334EFECE" w:rsidR="004867F1" w:rsidRPr="004867F1" w:rsidRDefault="004867F1" w:rsidP="00C91E2A">
            <w:pPr>
              <w:rPr>
                <w:rFonts w:ascii="Arial" w:hAnsi="Arial" w:cs="Arial"/>
              </w:rPr>
            </w:pPr>
          </w:p>
        </w:tc>
        <w:tc>
          <w:tcPr>
            <w:tcW w:w="4130" w:type="dxa"/>
            <w:gridSpan w:val="2"/>
            <w:shd w:val="clear" w:color="auto" w:fill="D6E3BC" w:themeFill="accent3" w:themeFillTint="66"/>
          </w:tcPr>
          <w:p w14:paraId="4D49EFC3" w14:textId="7891F681" w:rsidR="004867F1" w:rsidRPr="004867F1" w:rsidRDefault="004867F1">
            <w:pPr>
              <w:rPr>
                <w:rFonts w:ascii="Arial" w:hAnsi="Arial" w:cs="Arial"/>
              </w:rPr>
            </w:pPr>
            <w:r w:rsidRPr="004867F1">
              <w:rPr>
                <w:rFonts w:ascii="Arial" w:hAnsi="Arial" w:cs="Arial"/>
              </w:rPr>
              <w:t>How will we grow and change?</w:t>
            </w:r>
          </w:p>
        </w:tc>
      </w:tr>
    </w:tbl>
    <w:p w14:paraId="1EA51420" w14:textId="77777777" w:rsidR="00CF10E6" w:rsidRDefault="00CF10E6"/>
    <w:sectPr w:rsidR="00CF10E6" w:rsidSect="00C91E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67FF3" w14:textId="77777777" w:rsidR="00627C3D" w:rsidRDefault="00627C3D" w:rsidP="0001015F">
      <w:pPr>
        <w:spacing w:after="0" w:line="240" w:lineRule="auto"/>
      </w:pPr>
      <w:r>
        <w:separator/>
      </w:r>
    </w:p>
  </w:endnote>
  <w:endnote w:type="continuationSeparator" w:id="0">
    <w:p w14:paraId="5F0BE541" w14:textId="77777777" w:rsidR="00627C3D" w:rsidRDefault="00627C3D" w:rsidP="0001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AA7B4" w14:textId="77777777" w:rsidR="007B4878" w:rsidRDefault="007B48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133EA" w14:textId="691E51D9" w:rsidR="007B4878" w:rsidRDefault="007B487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0DDF85F" wp14:editId="6275C6EF">
              <wp:simplePos x="0" y="0"/>
              <wp:positionH relativeFrom="margin">
                <wp:align>right</wp:align>
              </wp:positionH>
              <wp:positionV relativeFrom="paragraph">
                <wp:posOffset>8651</wp:posOffset>
              </wp:positionV>
              <wp:extent cx="1520982" cy="597528"/>
              <wp:effectExtent l="0" t="0" r="3175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982" cy="59752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3D5C0DB" w14:textId="287016F2" w:rsidR="007B4878" w:rsidRPr="007B4878" w:rsidRDefault="007B4878" w:rsidP="007B4878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Living in the Wider World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DF85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68.55pt;margin-top:.7pt;width:119.75pt;height:47.0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" fillcolor="white [3201]" stroked="f" strokeweight=".5pt">
              <v:textbox>
                <w:txbxContent>
                  <w:p w14:paraId="53D5C0DB" w14:textId="287016F2" w:rsidR="007B4878" w:rsidRPr="007B4878" w:rsidRDefault="007B4878" w:rsidP="007B4878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Living in the Wider World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E0C02B1" wp14:editId="2AF4AA4C">
              <wp:simplePos x="0" y="0"/>
              <wp:positionH relativeFrom="margin">
                <wp:posOffset>4083113</wp:posOffset>
              </wp:positionH>
              <wp:positionV relativeFrom="paragraph">
                <wp:posOffset>10556</wp:posOffset>
              </wp:positionV>
              <wp:extent cx="1520982" cy="396875"/>
              <wp:effectExtent l="0" t="0" r="3175" b="317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0982" cy="3968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6254EFD" w14:textId="30CE33CB" w:rsidR="007B4878" w:rsidRPr="007B4878" w:rsidRDefault="007B4878" w:rsidP="007B4878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Relationships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E0C02B1" id="Text Box 6" o:spid="_x0000_s1027" type="#_x0000_t202" style="position:absolute;margin-left:321.5pt;margin-top:.85pt;width:119.75pt;height:31.25pt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" fillcolor="white [3201]" stroked="f" strokeweight=".5pt">
              <v:textbox>
                <w:txbxContent>
                  <w:p w14:paraId="76254EFD" w14:textId="30CE33CB" w:rsidR="007B4878" w:rsidRPr="007B4878" w:rsidRDefault="007B4878" w:rsidP="007B4878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Relationships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C86C31" wp14:editId="0993DF9B">
              <wp:simplePos x="0" y="0"/>
              <wp:positionH relativeFrom="column">
                <wp:posOffset>805758</wp:posOffset>
              </wp:positionH>
              <wp:positionV relativeFrom="paragraph">
                <wp:posOffset>-6375</wp:posOffset>
              </wp:positionV>
              <wp:extent cx="2082297" cy="397409"/>
              <wp:effectExtent l="0" t="0" r="0" b="317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2297" cy="39740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9B3CFEF" w14:textId="394C1E7E" w:rsidR="007B4878" w:rsidRPr="007B4878" w:rsidRDefault="007B4878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Health and Wellbeing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C86C31" id="Text Box 5" o:spid="_x0000_s1028" type="#_x0000_t202" style="position:absolute;margin-left:63.45pt;margin-top:-.5pt;width:163.95pt;height:31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" fillcolor="white [3201]" stroked="f" strokeweight=".5pt">
              <v:textbox>
                <w:txbxContent>
                  <w:p w14:paraId="19B3CFEF" w14:textId="394C1E7E" w:rsidR="007B4878" w:rsidRPr="007B4878" w:rsidRDefault="007B4878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Health and Wellbeing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3B6CFEC" wp14:editId="3AB8E4F4">
              <wp:simplePos x="0" y="0"/>
              <wp:positionH relativeFrom="column">
                <wp:posOffset>5884753</wp:posOffset>
              </wp:positionH>
              <wp:positionV relativeFrom="paragraph">
                <wp:posOffset>-8110</wp:posOffset>
              </wp:positionV>
              <wp:extent cx="380245" cy="371192"/>
              <wp:effectExtent l="57150" t="19050" r="77470" b="8636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0245" cy="371192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21DFB02" id="Rectangle 4" o:spid="_x0000_s1026" style="position:absolute;margin-left:463.35pt;margin-top:-.65pt;width:29.95pt;height:2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" fillcolor="#dbe5f1 [660]" strokecolor="#4579b8 [3044]">
              <v:shadow on="t" color="black" opacity="22937f" origin=",.5" offset="0,.63889mm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E6D362" wp14:editId="3A760E1C">
              <wp:simplePos x="0" y="0"/>
              <wp:positionH relativeFrom="column">
                <wp:posOffset>3431263</wp:posOffset>
              </wp:positionH>
              <wp:positionV relativeFrom="paragraph">
                <wp:posOffset>-34403</wp:posOffset>
              </wp:positionV>
              <wp:extent cx="380245" cy="371192"/>
              <wp:effectExtent l="57150" t="19050" r="77470" b="8636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0245" cy="371192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99DCCAB" id="Rectangle 2" o:spid="_x0000_s1026" style="position:absolute;margin-left:270.2pt;margin-top:-2.7pt;width:29.9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" fillcolor="#fde9d9 [665]" strokecolor="#4579b8 [3044]">
              <v:shadow on="t" color="black" opacity="22937f" origin=",.5" offset="0,.63889mm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949128" wp14:editId="40124EF8">
              <wp:simplePos x="0" y="0"/>
              <wp:positionH relativeFrom="column">
                <wp:posOffset>126749</wp:posOffset>
              </wp:positionH>
              <wp:positionV relativeFrom="paragraph">
                <wp:posOffset>-43532</wp:posOffset>
              </wp:positionV>
              <wp:extent cx="380245" cy="371192"/>
              <wp:effectExtent l="57150" t="19050" r="77470" b="8636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0245" cy="371192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59D49E4" id="Rectangle 1" o:spid="_x0000_s1026" style="position:absolute;margin-left:10pt;margin-top:-3.45pt;width:29.9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" fillcolor="#eaf1dd [662]" strokecolor="#4579b8 [3044]">
              <v:shadow on="t" color="black" opacity="22937f" origin=",.5" offset="0,.63889mm"/>
            </v:rect>
          </w:pict>
        </mc:Fallback>
      </mc:AlternateContent>
    </w:r>
  </w:p>
  <w:p w14:paraId="3D470348" w14:textId="09A063B8" w:rsidR="007B4878" w:rsidRDefault="007B48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D6039" w14:textId="77777777" w:rsidR="007B4878" w:rsidRDefault="007B48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0B405" w14:textId="77777777" w:rsidR="00627C3D" w:rsidRDefault="00627C3D" w:rsidP="0001015F">
      <w:pPr>
        <w:spacing w:after="0" w:line="240" w:lineRule="auto"/>
      </w:pPr>
      <w:r>
        <w:separator/>
      </w:r>
    </w:p>
  </w:footnote>
  <w:footnote w:type="continuationSeparator" w:id="0">
    <w:p w14:paraId="424B2F17" w14:textId="77777777" w:rsidR="00627C3D" w:rsidRDefault="00627C3D" w:rsidP="00010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F0347" w14:textId="77777777" w:rsidR="007B4878" w:rsidRDefault="007B48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4C73C" w14:textId="18701650" w:rsidR="0001015F" w:rsidRDefault="0001015F">
    <w:pPr>
      <w:pStyle w:val="Header"/>
      <w:rPr>
        <w:noProof/>
        <w:color w:val="2B579A"/>
        <w:shd w:val="clear" w:color="auto" w:fill="E6E6E6"/>
      </w:rPr>
    </w:pP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7216" behindDoc="0" locked="0" layoutInCell="1" allowOverlap="1" wp14:anchorId="77B7A98C" wp14:editId="14065A8F">
          <wp:simplePos x="0" y="0"/>
          <wp:positionH relativeFrom="column">
            <wp:posOffset>1312074</wp:posOffset>
          </wp:positionH>
          <wp:positionV relativeFrom="paragraph">
            <wp:posOffset>-392216</wp:posOffset>
          </wp:positionV>
          <wp:extent cx="6019802" cy="866775"/>
          <wp:effectExtent l="0" t="0" r="0" b="9525"/>
          <wp:wrapNone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FEB60B" w14:textId="37036615" w:rsidR="0001015F" w:rsidRDefault="0001015F">
    <w:pPr>
      <w:pStyle w:val="Header"/>
    </w:pPr>
  </w:p>
  <w:p w14:paraId="4BED02DD" w14:textId="27FA4FDE" w:rsidR="0001015F" w:rsidRDefault="0001015F">
    <w:pPr>
      <w:pStyle w:val="Header"/>
    </w:pPr>
  </w:p>
  <w:p w14:paraId="7432722D" w14:textId="1E9D41FC" w:rsidR="0001015F" w:rsidRDefault="0001015F" w:rsidP="0001015F">
    <w:pPr>
      <w:pStyle w:val="Header"/>
      <w:jc w:val="center"/>
      <w:rPr>
        <w:rFonts w:ascii="Arial" w:hAnsi="Arial" w:cs="Arial"/>
        <w:b/>
        <w:bCs/>
        <w:color w:val="C00000"/>
        <w:sz w:val="44"/>
        <w:szCs w:val="44"/>
      </w:rPr>
    </w:pPr>
    <w:r w:rsidRPr="0B18F8F6">
      <w:rPr>
        <w:rFonts w:ascii="Arial" w:hAnsi="Arial" w:cs="Arial"/>
        <w:b/>
        <w:bCs/>
        <w:color w:val="C00000"/>
        <w:sz w:val="44"/>
        <w:szCs w:val="44"/>
      </w:rPr>
      <w:t>Ryton Federation Year</w:t>
    </w:r>
    <w:r>
      <w:rPr>
        <w:rFonts w:ascii="Arial" w:hAnsi="Arial" w:cs="Arial"/>
        <w:b/>
        <w:bCs/>
        <w:color w:val="C00000"/>
        <w:sz w:val="44"/>
        <w:szCs w:val="44"/>
      </w:rPr>
      <w:t>s 1-6 PHSE overview</w:t>
    </w:r>
  </w:p>
  <w:p w14:paraId="48D6B098" w14:textId="77777777" w:rsidR="0001015F" w:rsidRDefault="000101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EB1F" w14:textId="77777777" w:rsidR="007B4878" w:rsidRDefault="007B48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15F"/>
    <w:rsid w:val="00034616"/>
    <w:rsid w:val="0006063C"/>
    <w:rsid w:val="0015074B"/>
    <w:rsid w:val="0029639D"/>
    <w:rsid w:val="00326F90"/>
    <w:rsid w:val="004867F1"/>
    <w:rsid w:val="005B12F8"/>
    <w:rsid w:val="00627C3D"/>
    <w:rsid w:val="006D6ECE"/>
    <w:rsid w:val="007B4878"/>
    <w:rsid w:val="00AA1D8D"/>
    <w:rsid w:val="00B47730"/>
    <w:rsid w:val="00C91E2A"/>
    <w:rsid w:val="00CB0664"/>
    <w:rsid w:val="00CF10E6"/>
    <w:rsid w:val="00DE3F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4CEF98"/>
  <w14:defaultImageDpi w14:val="300"/>
  <w15:docId w15:val="{F4BEC0C3-F852-489E-9F8F-0EED43FF6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Susan Spurr</cp:lastModifiedBy>
  <cp:revision>7</cp:revision>
  <cp:lastPrinted>2025-08-24T20:01:00Z</cp:lastPrinted>
  <dcterms:created xsi:type="dcterms:W3CDTF">2025-08-23T19:17:00Z</dcterms:created>
  <dcterms:modified xsi:type="dcterms:W3CDTF">2025-08-26T13:19:00Z</dcterms:modified>
  <cp:category/>
</cp:coreProperties>
</file>